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65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566"/>
        <w:gridCol w:w="4536"/>
        <w:gridCol w:w="34"/>
      </w:tblGrid>
      <w:tr>
        <w:trPr>
          <w:trHeight w:val="29" w:hRule="exact"/>
          <w:cantSplit/>
        </w:trPr>
        <w:tc>
          <w:tcPr>
            <w:tcW w:w="5165" w:type="dxa"/>
            <w:gridSpan w:val="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по плану Номер</w:t>
            </w:r>
          </w:p>
        </w:tc>
        <w:tc>
          <w:tcPr>
            <w:tcW w:w="453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5165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6457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