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381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283"/>
        <w:gridCol w:w="283"/>
        <w:gridCol w:w="283"/>
        <w:gridCol w:w="965"/>
        <w:gridCol w:w="566"/>
        <w:gridCol w:w="682"/>
        <w:gridCol w:w="226"/>
        <w:gridCol w:w="283"/>
        <w:gridCol w:w="341"/>
        <w:gridCol w:w="1872"/>
        <w:gridCol w:w="341"/>
        <w:gridCol w:w="850"/>
        <w:gridCol w:w="2208"/>
        <w:gridCol w:w="854"/>
        <w:gridCol w:w="619"/>
        <w:gridCol w:w="1589"/>
        <w:gridCol w:w="850"/>
        <w:gridCol w:w="2213"/>
        <w:gridCol w:w="850"/>
        <w:gridCol w:w="1080"/>
        <w:gridCol w:w="1133"/>
        <w:gridCol w:w="907"/>
        <w:gridCol w:w="1248"/>
        <w:gridCol w:w="850"/>
        <w:gridCol w:w="850"/>
        <w:gridCol w:w="1018"/>
        <w:gridCol w:w="288"/>
      </w:tblGrid>
      <w:tr>
        <w:trPr>
          <w:trHeight w:val="283" w:hRule="exact"/>
          <w:cantSplit/>
        </w:trPr>
        <w:tc>
          <w:tcPr>
            <w:tcW w:w="23813" w:type="dxa"/>
            <w:gridSpan w:val="28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31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275" w:type="dxa"/>
            <w:gridSpan w:val="10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Извещение</w:t>
            </w:r>
          </w:p>
        </w:tc>
        <w:tc>
          <w:tcPr>
            <w:tcW w:w="9869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Причина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Код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8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275" w:type="dxa"/>
            <w:gridSpan w:val="10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869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9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 выпуска</w:t>
            </w:r>
          </w:p>
        </w:tc>
        <w:tc>
          <w:tcPr>
            <w:tcW w:w="7085" w:type="dxa"/>
            <w:gridSpan w:val="7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89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Срок изм.</w:t>
            </w:r>
          </w:p>
        </w:tc>
        <w:tc>
          <w:tcPr>
            <w:tcW w:w="7032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1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Срок действия ПИ</w:t>
            </w:r>
          </w:p>
        </w:tc>
        <w:tc>
          <w:tcPr>
            <w:tcW w:w="186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31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Указание о заделе</w:t>
            </w:r>
          </w:p>
        </w:tc>
        <w:tc>
          <w:tcPr>
            <w:tcW w:w="16896" w:type="dxa"/>
            <w:gridSpan w:val="17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Указание о внедрении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080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896" w:type="dxa"/>
            <w:gridSpan w:val="1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65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1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Изм.</w:t>
            </w:r>
          </w:p>
        </w:tc>
        <w:tc>
          <w:tcPr>
            <w:tcW w:w="17462" w:type="dxa"/>
            <w:gridSpan w:val="1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Содержание изменения</w:t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493" w:type="dxa"/>
            <w:gridSpan w:val="12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080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427" w:type="dxa"/>
            <w:gridSpan w:val="19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8427" w:type="dxa"/>
            <w:gridSpan w:val="1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Применяемость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102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427" w:type="dxa"/>
            <w:gridSpan w:val="1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65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8427" w:type="dxa"/>
            <w:gridSpan w:val="1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Разослать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single" w:sz="5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427" w:type="dxa"/>
            <w:gridSpan w:val="1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65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797" w:hRule="exact"/>
          <w:cantSplit/>
        </w:trPr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427" w:type="dxa"/>
            <w:gridSpan w:val="1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907" w:hRule="exact"/>
          <w:cantSplit/>
        </w:trPr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427" w:type="dxa"/>
            <w:gridSpan w:val="1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427" w:type="dxa"/>
            <w:gridSpan w:val="1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8427" w:type="dxa"/>
            <w:gridSpan w:val="19"/>
            <w:vMerge/>
            <w:tcBorders>
              <w:top w:val="nil" w:sz="0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062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Составил</w:t>
            </w:r>
          </w:p>
        </w:tc>
        <w:tc>
          <w:tcPr>
            <w:tcW w:w="3062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Проверил</w:t>
            </w:r>
          </w:p>
        </w:tc>
        <w:tc>
          <w:tcPr>
            <w:tcW w:w="306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Т. контроль</w:t>
            </w:r>
          </w:p>
        </w:tc>
        <w:tc>
          <w:tcPr>
            <w:tcW w:w="3058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 контроль</w:t>
            </w:r>
          </w:p>
        </w:tc>
        <w:tc>
          <w:tcPr>
            <w:tcW w:w="306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Утвердил</w:t>
            </w:r>
          </w:p>
        </w:tc>
        <w:tc>
          <w:tcPr>
            <w:tcW w:w="312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Предст. заказ.</w:t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0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0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0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0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0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125" w:type="dxa"/>
            <w:gridSpan w:val="5"/>
            <w:tcBorders>
              <w:top w:val="single" w:sz="5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Контрольную копию исправил</w:t>
            </w:r>
          </w:p>
        </w:tc>
        <w:tc>
          <w:tcPr>
            <w:tcW w:w="193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4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3813" w:type="dxa"/>
            <w:gridSpan w:val="28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23870" w:h="16901"/>
      <w:pgMar w:top="29" w:right="29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