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147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850"/>
        <w:gridCol w:w="4536"/>
        <w:gridCol w:w="1133"/>
        <w:gridCol w:w="566"/>
        <w:gridCol w:w="34"/>
      </w:tblGrid>
      <w:tr>
        <w:trPr>
          <w:trHeight w:val="29" w:hRule="exact"/>
          <w:cantSplit/>
        </w:trPr>
        <w:tc>
          <w:tcPr>
            <w:tcW w:w="7147" w:type="dxa"/>
            <w:gridSpan w:val="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Номер поме- щения</w:t>
            </w:r>
          </w:p>
        </w:tc>
        <w:tc>
          <w:tcPr>
            <w:tcW w:w="453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Площадь, 2 м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Кат. поме- щения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7147" w:type="dxa"/>
            <w:gridSpan w:val="6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4475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