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154"/>
        <w:gridCol w:w="106"/>
        <w:gridCol w:w="154"/>
        <w:gridCol w:w="106"/>
        <w:gridCol w:w="260"/>
        <w:gridCol w:w="1041"/>
        <w:gridCol w:w="6774"/>
        <w:gridCol w:w="3122"/>
        <w:gridCol w:w="1826"/>
        <w:gridCol w:w="2342"/>
        <w:gridCol w:w="1045"/>
        <w:gridCol w:w="1041"/>
        <w:gridCol w:w="1301"/>
        <w:gridCol w:w="1513"/>
        <w:gridCol w:w="520"/>
        <w:gridCol w:w="49"/>
        <w:gridCol w:w="472"/>
        <w:gridCol w:w="520"/>
        <w:gridCol w:w="520"/>
        <w:gridCol w:w="781"/>
        <w:gridCol w:w="520"/>
        <w:gridCol w:w="3647"/>
        <w:gridCol w:w="781"/>
        <w:gridCol w:w="781"/>
        <w:gridCol w:w="1045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2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41" w:hRule="exact"/>
          <w:cantSplit/>
        </w:trPr>
        <w:tc>
          <w:tcPr>
            <w:tcW w:w="1041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Позиция</w:t>
            </w:r>
          </w:p>
        </w:tc>
        <w:tc>
          <w:tcPr>
            <w:tcW w:w="677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0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 и техническая характеристика</w:t>
            </w:r>
          </w:p>
        </w:tc>
        <w:tc>
          <w:tcPr>
            <w:tcW w:w="31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Тип, марка, обозначение документа, опросного листа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Код обору- дования, изде- лия, материала</w:t>
            </w:r>
          </w:p>
        </w:tc>
        <w:tc>
          <w:tcPr>
            <w:tcW w:w="234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Завод- изготовитель, поставщик</w:t>
            </w:r>
          </w:p>
        </w:tc>
        <w:tc>
          <w:tcPr>
            <w:tcW w:w="104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Единица измерения</w:t>
            </w:r>
          </w:p>
        </w:tc>
        <w:tc>
          <w:tcPr>
            <w:tcW w:w="10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Коли- чество</w:t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6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Масса единицы, кг</w:t>
            </w:r>
          </w:p>
        </w:tc>
        <w:tc>
          <w:tcPr>
            <w:tcW w:w="208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Примечания</w:t>
            </w:r>
          </w:p>
        </w:tc>
        <w:tc>
          <w:tcPr>
            <w:tcW w:w="9068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34" w:hRule="exact"/>
          <w:cantSplit/>
        </w:trPr>
        <w:tc>
          <w:tcPr>
            <w:tcW w:w="1041" w:type="dxa"/>
            <w:gridSpan w:val="6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260" w:type="dxa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81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41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4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01" w:hRule="exact"/>
          <w:cantSplit/>
        </w:trPr>
        <w:tc>
          <w:tcPr>
            <w:tcW w:w="41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Взам. инв. №</w:t>
            </w:r>
          </w:p>
        </w:tc>
        <w:tc>
          <w:tcPr>
            <w:tcW w:w="3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9642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 № док. Подп.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</w:t>
            </w:r>
          </w:p>
        </w:tc>
        <w:tc>
          <w:tcPr>
            <w:tcW w:w="625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Разраб.</w:t>
            </w:r>
          </w:p>
        </w:tc>
        <w:tc>
          <w:tcPr>
            <w:tcW w:w="10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Стадия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104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Пров.</w:t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1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Т.контр.</w:t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3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Н.контр.</w:t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415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Утв.</w:t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61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Формат A2</w:t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