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398"/>
        <w:gridCol w:w="566"/>
        <w:gridCol w:w="168"/>
        <w:gridCol w:w="1138"/>
        <w:gridCol w:w="850"/>
        <w:gridCol w:w="283"/>
        <w:gridCol w:w="283"/>
        <w:gridCol w:w="3970"/>
        <w:gridCol w:w="278"/>
        <w:gridCol w:w="288"/>
        <w:gridCol w:w="283"/>
        <w:gridCol w:w="850"/>
        <w:gridCol w:w="11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Адрес</w:t>
            </w:r>
          </w:p>
        </w:tc>
        <w:tc>
          <w:tcPr>
            <w:tcW w:w="113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Маркировка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 обозначение</w:t>
            </w:r>
          </w:p>
        </w:tc>
        <w:tc>
          <w:tcPr>
            <w:tcW w:w="595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Функциональное назначение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Зона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