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4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98"/>
        <w:gridCol w:w="168"/>
        <w:gridCol w:w="398"/>
        <w:gridCol w:w="283"/>
        <w:gridCol w:w="682"/>
        <w:gridCol w:w="341"/>
        <w:gridCol w:w="336"/>
        <w:gridCol w:w="514"/>
        <w:gridCol w:w="168"/>
        <w:gridCol w:w="398"/>
        <w:gridCol w:w="451"/>
        <w:gridCol w:w="2270"/>
        <w:gridCol w:w="2266"/>
        <w:gridCol w:w="907"/>
        <w:gridCol w:w="341"/>
        <w:gridCol w:w="566"/>
        <w:gridCol w:w="283"/>
      </w:tblGrid>
      <w:tr>
        <w:trPr>
          <w:trHeight w:val="283" w:hRule="exact"/>
          <w:cantSplit/>
        </w:trPr>
        <w:tc>
          <w:tcPr>
            <w:tcW w:w="11904" w:type="dxa"/>
            <w:gridSpan w:val="20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624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88" w:type="dxa"/>
            <w:gridSpan w:val="16"/>
            <w:tcBorders>
              <w:top w:val="single" w:sz="13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Лист регистрации изменений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77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Изм.</w:t>
            </w:r>
          </w:p>
        </w:tc>
        <w:tc>
          <w:tcPr>
            <w:tcW w:w="2722" w:type="dxa"/>
            <w:gridSpan w:val="7"/>
            <w:tcBorders>
              <w:top w:val="single" w:sz="13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56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Номера листов (страниц)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Всего листов (страниц) в доку- менте</w:t>
            </w:r>
          </w:p>
        </w:tc>
        <w:tc>
          <w:tcPr>
            <w:tcW w:w="22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Номер документа</w:t>
            </w:r>
          </w:p>
        </w:tc>
        <w:tc>
          <w:tcPr>
            <w:tcW w:w="22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Входящий номер сопроводи- тельного документа и дата</w:t>
            </w:r>
          </w:p>
        </w:tc>
        <w:tc>
          <w:tcPr>
            <w:tcW w:w="907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Подпись</w:t>
            </w:r>
          </w:p>
        </w:tc>
        <w:tc>
          <w:tcPr>
            <w:tcW w:w="907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Дата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38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изме- нен- ных</w:t>
            </w:r>
          </w:p>
        </w:tc>
        <w:tc>
          <w:tcPr>
            <w:tcW w:w="682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8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заме- нен- ных</w:t>
            </w:r>
          </w:p>
        </w:tc>
        <w:tc>
          <w:tcPr>
            <w:tcW w:w="677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новых анну- лиро- ван- ных</w:t>
            </w:r>
          </w:p>
        </w:tc>
        <w:tc>
          <w:tcPr>
            <w:tcW w:w="85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7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7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3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7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7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7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7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7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7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51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5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4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3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3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235" w:type="dxa"/>
            <w:gridSpan w:val="5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904" w:type="dxa"/>
            <w:gridSpan w:val="20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37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1966" w:h="16901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