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267" w:type="dxa"/>
        <w:tblLayout w:type="fixed"/>
        <w:tblInd w:w="0" w:type="dxa"/>
        <w:tblCellMar>
          <w:top w:w="0" w:type="dxa"/>
          <w:bottom w:w="0" w:type="dxa"/>
          <w:left w:w="0" w:type="dxa"/>
          <w:right w:w="0" w:type="dxa"/>
        </w:tblCellMar>
        <w:tblBorders/>
      </w:tblPr>
      <w:tblGrid>
        <w:gridCol w:w="29"/>
        <w:gridCol w:w="1133"/>
        <w:gridCol w:w="3403"/>
        <w:gridCol w:w="3398"/>
        <w:gridCol w:w="571"/>
        <w:gridCol w:w="850"/>
        <w:gridCol w:w="850"/>
        <w:gridCol w:w="34"/>
      </w:tblGrid>
      <w:tr>
        <w:trPr>
          <w:trHeight w:val="29" w:hRule="exact"/>
          <w:cantSplit/>
        </w:trPr>
        <w:tc>
          <w:tcPr>
            <w:tcW w:w="10267" w:type="dxa"/>
            <w:gridSpan w:val="8"/>
            <w:tcBorders>
              <w:top w:val="single" w:sz="4" w:color="000000"/>
              <w:bottom w:val="single" w:sz="13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422" w:hRule="exact"/>
          <w:cantSplit/>
        </w:trPr>
        <w:tc>
          <w:tcPr>
            <w:tcW w:w="29" w:type="dxa"/>
            <w:vMerge w:val="restart"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Марка</w:t>
            </w:r>
          </w:p>
        </w:tc>
        <w:tc>
          <w:tcPr>
            <w:tcW w:w="340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Обозначение</w:t>
            </w:r>
          </w:p>
        </w:tc>
        <w:tc>
          <w:tcPr>
            <w:tcW w:w="3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Наименование</w:t>
            </w:r>
          </w:p>
        </w:tc>
        <w:tc>
          <w:tcPr>
            <w:tcW w:w="571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84"/>
            </w:pPr>
            <w:r>
              <w:rPr>
                <w:rFonts w:ascii="GOST type A" w:hAnsi="GOST type A" w:cs="GOST type A" w:eastAsia="GOST type A"/>
                <w:i/>
                <w:sz w:val="26"/>
                <w:szCs w:val="26"/>
              </w:rPr>
              <w:t>Кол.</w:t>
            </w:r>
          </w:p>
        </w:tc>
        <w:tc>
          <w:tcPr>
            <w:tcW w:w="1699" w:type="dxa"/>
            <w:gridSpan w:val="2"/>
            <w:tcBorders>
              <w:top w:val="single" w:sz="13" w:color="000000"/>
              <w:bottom w:val="single" w:sz="5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Масса, кг</w:t>
            </w:r>
          </w:p>
        </w:tc>
        <w:tc>
          <w:tcPr>
            <w:tcW w:w="34" w:type="dxa"/>
            <w:vMerge w:val="restart"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27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0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71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шт.</w:t>
            </w:r>
          </w:p>
        </w:tc>
        <w:tc>
          <w:tcPr>
            <w:tcW w:w="850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общ.</w:t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03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398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71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0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7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0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7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0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7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0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7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0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7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0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7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0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7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0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7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0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7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0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7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0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7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0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7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0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7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0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7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0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7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0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7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0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7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0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7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0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7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0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7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0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7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0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7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0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7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0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7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0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7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03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398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71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34" w:hRule="exact"/>
          <w:cantSplit/>
        </w:trPr>
        <w:tc>
          <w:tcPr>
            <w:tcW w:w="10267" w:type="dxa"/>
            <w:gridSpan w:val="8"/>
            <w:tcBorders>
              <w:top w:val="single" w:sz="5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</w:tbl>
    <w:sectPr w:rsidR="00FC693F" w:rsidRPr="0006063C" w:rsidSect="00034616">
      <w:pgSz w:w="11906" w:h="16838"/>
      <w:pgMar w:top="283" w:right="1355" w:bottom="0" w:left="283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40" w:lineRule="auto"/>
    </w:pPr>
    <w:rPr>
      <w:rFonts w:ascii="GOST type A" w:hAnsi="GOST type A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