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71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520"/>
        <w:gridCol w:w="443"/>
        <w:gridCol w:w="911"/>
        <w:gridCol w:w="964"/>
        <w:gridCol w:w="27535"/>
        <w:gridCol w:w="468"/>
        <w:gridCol w:w="130"/>
      </w:tblGrid>
      <w:tr>
        <w:trPr>
          <w:trHeight w:val="130" w:hRule="exact"/>
          <w:cantSplit/>
        </w:trPr>
        <w:tc>
          <w:tcPr>
            <w:tcW w:w="30971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3" w:hRule="exact"/>
          <w:cantSplit/>
        </w:trPr>
        <w:tc>
          <w:tcPr>
            <w:tcW w:w="520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Извещение</w:t>
            </w:r>
          </w:p>
        </w:tc>
        <w:tc>
          <w:tcPr>
            <w:tcW w:w="28499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6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Лист</w:t>
            </w:r>
          </w:p>
        </w:tc>
        <w:tc>
          <w:tcPr>
            <w:tcW w:w="13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7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4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</w:t>
            </w:r>
          </w:p>
        </w:tc>
        <w:tc>
          <w:tcPr>
            <w:tcW w:w="2941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Содержание изменения</w:t>
            </w:r>
          </w:p>
        </w:tc>
        <w:tc>
          <w:tcPr>
            <w:tcW w:w="46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4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4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7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003" w:type="dxa"/>
            <w:gridSpan w:val="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1153" w:hRule="exact"/>
          <w:cantSplit/>
        </w:trPr>
        <w:tc>
          <w:tcPr>
            <w:tcW w:w="520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321" w:type="dxa"/>
            <w:gridSpan w:val="5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0" w:hRule="exact"/>
          <w:cantSplit/>
        </w:trPr>
        <w:tc>
          <w:tcPr>
            <w:tcW w:w="30971" w:type="dxa"/>
            <w:gridSpan w:val="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31000" w:h="21936"/>
      <w:pgMar w:top="13" w:right="15" w:bottom="0" w:left="1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