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168"/>
        <w:gridCol w:w="398"/>
        <w:gridCol w:w="283"/>
        <w:gridCol w:w="682"/>
        <w:gridCol w:w="341"/>
        <w:gridCol w:w="336"/>
        <w:gridCol w:w="514"/>
        <w:gridCol w:w="168"/>
        <w:gridCol w:w="398"/>
        <w:gridCol w:w="451"/>
        <w:gridCol w:w="2270"/>
        <w:gridCol w:w="1248"/>
        <w:gridCol w:w="278"/>
        <w:gridCol w:w="288"/>
        <w:gridCol w:w="283"/>
        <w:gridCol w:w="168"/>
        <w:gridCol w:w="682"/>
        <w:gridCol w:w="226"/>
        <w:gridCol w:w="907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20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2722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листов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в докум.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докум.</w:t>
            </w:r>
          </w:p>
        </w:tc>
        <w:tc>
          <w:tcPr>
            <w:tcW w:w="2266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№ сопроводи- тельного документа и дата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изме- нен- ных</w:t>
            </w:r>
          </w:p>
        </w:tc>
        <w:tc>
          <w:tcPr>
            <w:tcW w:w="6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заме- нен- ных</w:t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новых анну- лиро- ван- ных</w:t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