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850"/>
        <w:gridCol w:w="566"/>
        <w:gridCol w:w="566"/>
        <w:gridCol w:w="566"/>
        <w:gridCol w:w="1704"/>
        <w:gridCol w:w="1133"/>
        <w:gridCol w:w="850"/>
        <w:gridCol w:w="850"/>
        <w:gridCol w:w="850"/>
        <w:gridCol w:w="1421"/>
        <w:gridCol w:w="1133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1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Спецификация на отправочный элемент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Мар- ка</w:t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5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Поз.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Кол., шт.</w:t>
            </w:r>
          </w:p>
        </w:tc>
        <w:tc>
          <w:tcPr>
            <w:tcW w:w="170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Сечение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Длина, мм</w:t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Масса, кг</w:t>
            </w:r>
          </w:p>
        </w:tc>
        <w:tc>
          <w:tcPr>
            <w:tcW w:w="142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Марка или наименова- ние стали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3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Примеча- ние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2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</w:t>
            </w:r>
          </w:p>
        </w:tc>
        <w:tc>
          <w:tcPr>
            <w:tcW w:w="170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шт.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общ.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элем.</w:t>
            </w:r>
          </w:p>
        </w:tc>
        <w:tc>
          <w:tcPr>
            <w:tcW w:w="142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2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13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