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306"/>
        <w:gridCol w:w="566"/>
        <w:gridCol w:w="283"/>
        <w:gridCol w:w="566"/>
        <w:gridCol w:w="283"/>
        <w:gridCol w:w="1982"/>
        <w:gridCol w:w="3403"/>
        <w:gridCol w:w="566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11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Аппарат</w:t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</w:t>
            </w:r>
          </w:p>
        </w:tc>
        <w:tc>
          <w:tcPr>
            <w:tcW w:w="198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зажима Маркировка</w:t>
            </w:r>
          </w:p>
        </w:tc>
        <w:tc>
          <w:tcPr>
            <w:tcW w:w="340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Данные провода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4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63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1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4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3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5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