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83"/>
        <w:gridCol w:w="398"/>
        <w:gridCol w:w="1018"/>
        <w:gridCol w:w="1987"/>
        <w:gridCol w:w="960"/>
        <w:gridCol w:w="456"/>
        <w:gridCol w:w="965"/>
        <w:gridCol w:w="394"/>
        <w:gridCol w:w="58"/>
        <w:gridCol w:w="509"/>
        <w:gridCol w:w="1306"/>
        <w:gridCol w:w="173"/>
        <w:gridCol w:w="677"/>
        <w:gridCol w:w="341"/>
        <w:gridCol w:w="226"/>
        <w:gridCol w:w="341"/>
        <w:gridCol w:w="566"/>
        <w:gridCol w:w="566"/>
        <w:gridCol w:w="571"/>
        <w:gridCol w:w="566"/>
        <w:gridCol w:w="566"/>
        <w:gridCol w:w="566"/>
        <w:gridCol w:w="566"/>
        <w:gridCol w:w="566"/>
        <w:gridCol w:w="566"/>
        <w:gridCol w:w="797"/>
        <w:gridCol w:w="566"/>
        <w:gridCol w:w="283"/>
      </w:tblGrid>
      <w:tr>
        <w:trPr>
          <w:trHeight w:val="451" w:hRule="exact"/>
          <w:cantSplit/>
        </w:trPr>
        <w:tc>
          <w:tcPr>
            <w:tcW w:w="16838" w:type="dxa"/>
            <w:gridSpan w:val="28"/>
            <w:tcBorders>
              <w:top w:val="single" w:sz="4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198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141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198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8333" w:type="dxa"/>
            <w:gridSpan w:val="16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333" w:type="dxa"/>
            <w:gridSpan w:val="1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строки Номер</w:t>
            </w:r>
          </w:p>
        </w:tc>
        <w:tc>
          <w:tcPr>
            <w:tcW w:w="3965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4877" w:type="dxa"/>
            <w:gridSpan w:val="9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5669" w:type="dxa"/>
            <w:gridSpan w:val="11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307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Для исполн.</w:t>
            </w:r>
          </w:p>
        </w:tc>
        <w:tc>
          <w:tcPr>
            <w:tcW w:w="1363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Приме- 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65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3965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4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5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6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7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8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9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10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11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12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13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14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15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16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17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18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19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6272" w:type="dxa"/>
            <w:gridSpan w:val="26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6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11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40" w:type="dxa"/>
            <w:gridSpan w:val="11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6838" w:type="dxa"/>
            <w:gridSpan w:val="28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3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6901" w:h="11966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