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317"/>
        <w:gridCol w:w="538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427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.Лист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1:1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