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168"/>
        <w:gridCol w:w="115"/>
        <w:gridCol w:w="168"/>
        <w:gridCol w:w="115"/>
        <w:gridCol w:w="283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741" w:hRule="exact"/>
          <w:cantSplit/>
        </w:trPr>
        <w:tc>
          <w:tcPr>
            <w:tcW w:w="1133" w:type="dxa"/>
            <w:gridSpan w:val="6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gridSpan w:val="2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№Согласовано</w:t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