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394"/>
        <w:gridCol w:w="566"/>
        <w:gridCol w:w="1306"/>
        <w:gridCol w:w="850"/>
        <w:gridCol w:w="566"/>
        <w:gridCol w:w="797"/>
        <w:gridCol w:w="3005"/>
        <w:gridCol w:w="168"/>
        <w:gridCol w:w="283"/>
        <w:gridCol w:w="283"/>
        <w:gridCol w:w="283"/>
        <w:gridCol w:w="854"/>
        <w:gridCol w:w="1133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974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39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0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248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2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30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616" w:type="dxa"/>
            <w:gridSpan w:val="6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9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05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05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616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616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6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Дата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5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 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28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