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41"/>
        <w:gridCol w:w="58"/>
        <w:gridCol w:w="283"/>
        <w:gridCol w:w="283"/>
        <w:gridCol w:w="168"/>
        <w:gridCol w:w="1138"/>
        <w:gridCol w:w="850"/>
        <w:gridCol w:w="566"/>
        <w:gridCol w:w="792"/>
        <w:gridCol w:w="624"/>
        <w:gridCol w:w="2381"/>
        <w:gridCol w:w="58"/>
        <w:gridCol w:w="115"/>
        <w:gridCol w:w="278"/>
        <w:gridCol w:w="173"/>
        <w:gridCol w:w="115"/>
        <w:gridCol w:w="283"/>
        <w:gridCol w:w="168"/>
        <w:gridCol w:w="566"/>
        <w:gridCol w:w="115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Формат</w:t>
            </w:r>
          </w:p>
        </w:tc>
        <w:tc>
          <w:tcPr>
            <w:tcW w:w="34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Зона</w:t>
            </w:r>
          </w:p>
        </w:tc>
        <w:tc>
          <w:tcPr>
            <w:tcW w:w="45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Поз.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243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1699" w:type="dxa"/>
            <w:gridSpan w:val="7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88" w:type="dxa"/>
            <w:gridSpan w:val="21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9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gridSpan w:val="1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