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1133"/>
        <w:gridCol w:w="427"/>
        <w:gridCol w:w="710"/>
        <w:gridCol w:w="706"/>
        <w:gridCol w:w="994"/>
        <w:gridCol w:w="139"/>
        <w:gridCol w:w="1138"/>
        <w:gridCol w:w="706"/>
        <w:gridCol w:w="850"/>
        <w:gridCol w:w="288"/>
        <w:gridCol w:w="1133"/>
        <w:gridCol w:w="1133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4536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 выпуска</w:t>
            </w:r>
          </w:p>
        </w:tc>
        <w:tc>
          <w:tcPr>
            <w:tcW w:w="169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изм.</w:t>
            </w:r>
          </w:p>
        </w:tc>
        <w:tc>
          <w:tcPr>
            <w:tcW w:w="312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Причина</w:t>
            </w:r>
          </w:p>
        </w:tc>
        <w:tc>
          <w:tcPr>
            <w:tcW w:w="5952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46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Указание о заделе</w:t>
            </w:r>
          </w:p>
        </w:tc>
        <w:tc>
          <w:tcPr>
            <w:tcW w:w="821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7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Указание о внедрении</w:t>
            </w:r>
          </w:p>
        </w:tc>
        <w:tc>
          <w:tcPr>
            <w:tcW w:w="821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Применяемость</w:t>
            </w:r>
          </w:p>
        </w:tc>
        <w:tc>
          <w:tcPr>
            <w:tcW w:w="821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Разослать</w:t>
            </w:r>
          </w:p>
        </w:tc>
        <w:tc>
          <w:tcPr>
            <w:tcW w:w="821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Приложение</w:t>
            </w:r>
          </w:p>
        </w:tc>
        <w:tc>
          <w:tcPr>
            <w:tcW w:w="821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Изм.</w:t>
            </w:r>
          </w:p>
        </w:tc>
        <w:tc>
          <w:tcPr>
            <w:tcW w:w="9355" w:type="dxa"/>
            <w:gridSpan w:val="1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Содержание изменения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55" w:type="dxa"/>
            <w:gridSpan w:val="1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75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3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5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21" w:type="dxa"/>
            <w:gridSpan w:val="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5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21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88" w:type="dxa"/>
            <w:gridSpan w:val="1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