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341"/>
        <w:gridCol w:w="283"/>
        <w:gridCol w:w="283"/>
        <w:gridCol w:w="283"/>
        <w:gridCol w:w="624"/>
        <w:gridCol w:w="341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 ре-</w:t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гулир. Всего</w:t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21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