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3398"/>
        <w:gridCol w:w="2554"/>
        <w:gridCol w:w="3970"/>
        <w:gridCol w:w="1584"/>
        <w:gridCol w:w="398"/>
        <w:gridCol w:w="566"/>
        <w:gridCol w:w="566"/>
        <w:gridCol w:w="739"/>
        <w:gridCol w:w="850"/>
        <w:gridCol w:w="566"/>
        <w:gridCol w:w="1814"/>
        <w:gridCol w:w="907"/>
        <w:gridCol w:w="907"/>
        <w:gridCol w:w="907"/>
        <w:gridCol w:w="907"/>
        <w:gridCol w:w="792"/>
        <w:gridCol w:w="566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90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7"/>
                <w:szCs w:val="17"/>
              </w:rPr>
              <w:t>№ строки</w:t>
            </w:r>
          </w:p>
        </w:tc>
        <w:tc>
          <w:tcPr>
            <w:tcW w:w="3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продукции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5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Обозначение документа на поставку</w:t>
            </w:r>
          </w:p>
        </w:tc>
        <w:tc>
          <w:tcPr>
            <w:tcW w:w="3115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Куда входит (обозначение)</w:t>
            </w:r>
          </w:p>
        </w:tc>
        <w:tc>
          <w:tcPr>
            <w:tcW w:w="3629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на из- делие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7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 комп- лекты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 ре-</w:t>
            </w:r>
          </w:p>
        </w:tc>
        <w:tc>
          <w:tcPr>
            <w:tcW w:w="90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гулир. Всего</w:t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5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4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07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8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15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7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15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7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2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