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1306"/>
        <w:gridCol w:w="850"/>
        <w:gridCol w:w="566"/>
        <w:gridCol w:w="682"/>
        <w:gridCol w:w="3288"/>
        <w:gridCol w:w="278"/>
        <w:gridCol w:w="288"/>
        <w:gridCol w:w="283"/>
        <w:gridCol w:w="850"/>
        <w:gridCol w:w="1133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строки</w:t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6120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5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9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12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9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19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24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3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1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