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550" w:type="dxa"/>
        <w:tblLayout w:type="fixed"/>
        <w:tblInd w:w="0" w:type="dxa"/>
        <w:tblCellMar>
          <w:top w:w="0" w:type="dxa"/>
          <w:bottom w:w="0" w:type="dxa"/>
          <w:left w:w="0" w:type="dxa"/>
          <w:right w:w="0" w:type="dxa"/>
        </w:tblCellMar>
        <w:tblBorders/>
      </w:tblPr>
      <w:tblGrid>
        <w:gridCol w:w="29"/>
        <w:gridCol w:w="1133"/>
        <w:gridCol w:w="1699"/>
        <w:gridCol w:w="571"/>
        <w:gridCol w:w="1699"/>
        <w:gridCol w:w="850"/>
        <w:gridCol w:w="850"/>
        <w:gridCol w:w="850"/>
        <w:gridCol w:w="1421"/>
        <w:gridCol w:w="1416"/>
        <w:gridCol w:w="34"/>
      </w:tblGrid>
      <w:tr>
        <w:trPr>
          <w:trHeight w:val="29" w:hRule="exact"/>
          <w:cantSplit/>
        </w:trPr>
        <w:tc>
          <w:tcPr>
            <w:tcW w:w="10550" w:type="dxa"/>
            <w:gridSpan w:val="11"/>
            <w:tcBorders>
              <w:top w:val="single" w:sz="4" w:color="000000"/>
              <w:bottom w:val="single" w:sz="13" w:color="000000"/>
              <w:left w:val="single" w:sz="4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451" w:hRule="exact"/>
          <w:cantSplit/>
        </w:trPr>
        <w:tc>
          <w:tcPr>
            <w:tcW w:w="29" w:type="dxa"/>
            <w:vMerge w:val="restart"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>Марка</w:t>
            </w:r>
          </w:p>
        </w:tc>
        <w:tc>
          <w:tcPr>
            <w:tcW w:w="3970" w:type="dxa"/>
            <w:gridSpan w:val="3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>Сечение</w:t>
            </w:r>
          </w:p>
        </w:tc>
        <w:tc>
          <w:tcPr>
            <w:tcW w:w="2549" w:type="dxa"/>
            <w:gridSpan w:val="3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  <w:ind w:left="19"/>
            </w:pPr>
            <w:r>
              <w:rPr>
                <w:rFonts w:ascii="GOST type A" w:hAnsi="GOST type A" w:cs="GOST type A" w:eastAsia="GOST type A"/>
                <w:i/>
                <w:sz w:val="24"/>
                <w:szCs w:val="24"/>
              </w:rPr>
              <w:t>Усилие для прикрепления</w:t>
            </w:r>
          </w:p>
        </w:tc>
        <w:tc>
          <w:tcPr>
            <w:tcW w:w="1421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16"/>
                <w:szCs w:val="16"/>
              </w:rPr>
              <w:t>Марка или наи- менование металла</w:t>
            </w:r>
          </w:p>
        </w:tc>
        <w:tc>
          <w:tcPr>
            <w:tcW w:w="1416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6"/>
                <w:szCs w:val="26"/>
              </w:rPr>
              <w:t>Приме- чание</w:t>
            </w:r>
          </w:p>
        </w:tc>
        <w:tc>
          <w:tcPr>
            <w:tcW w:w="34" w:type="dxa"/>
            <w:vMerge w:val="restart"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398" w:hRule="exact"/>
          <w:cantSplit/>
        </w:trPr>
        <w:tc>
          <w:tcPr>
            <w:tcW w:w="29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699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>эскиз</w:t>
            </w:r>
          </w:p>
        </w:tc>
        <w:tc>
          <w:tcPr>
            <w:tcW w:w="571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  <w:ind w:left="95"/>
            </w:pPr>
            <w:r>
              <w:rPr>
                <w:rFonts w:ascii="GOST type A" w:hAnsi="GOST type A" w:cs="GOST type A" w:eastAsia="GOST type A"/>
                <w:i/>
                <w:sz w:val="25"/>
                <w:szCs w:val="25"/>
              </w:rPr>
              <w:t>поз.</w:t>
            </w:r>
          </w:p>
        </w:tc>
        <w:tc>
          <w:tcPr>
            <w:tcW w:w="1699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>состав</w:t>
            </w:r>
          </w:p>
        </w:tc>
        <w:tc>
          <w:tcPr>
            <w:tcW w:w="850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>А,тс</w:t>
            </w:r>
          </w:p>
        </w:tc>
        <w:tc>
          <w:tcPr>
            <w:tcW w:w="850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>N,тс</w:t>
            </w:r>
          </w:p>
        </w:tc>
        <w:tc>
          <w:tcPr>
            <w:tcW w:w="850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>М,тсм</w:t>
            </w:r>
          </w:p>
        </w:tc>
        <w:tc>
          <w:tcPr>
            <w:tcW w:w="1421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416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6" w:hRule="exact"/>
          <w:cantSplit/>
        </w:trPr>
        <w:tc>
          <w:tcPr>
            <w:tcW w:w="29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699" w:type="dxa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71" w:type="dxa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699" w:type="dxa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850" w:type="dxa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850" w:type="dxa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850" w:type="dxa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421" w:type="dxa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416" w:type="dxa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1" w:hRule="exact"/>
          <w:cantSplit/>
        </w:trPr>
        <w:tc>
          <w:tcPr>
            <w:tcW w:w="29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699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7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699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85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85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85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42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41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6" w:hRule="exact"/>
          <w:cantSplit/>
        </w:trPr>
        <w:tc>
          <w:tcPr>
            <w:tcW w:w="29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699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7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699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85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85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85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42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41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1" w:hRule="exact"/>
          <w:cantSplit/>
        </w:trPr>
        <w:tc>
          <w:tcPr>
            <w:tcW w:w="29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699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7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699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85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85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85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42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41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6" w:hRule="exact"/>
          <w:cantSplit/>
        </w:trPr>
        <w:tc>
          <w:tcPr>
            <w:tcW w:w="29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699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7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699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85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85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85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42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41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1" w:hRule="exact"/>
          <w:cantSplit/>
        </w:trPr>
        <w:tc>
          <w:tcPr>
            <w:tcW w:w="29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699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7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699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85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85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85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42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41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1" w:hRule="exact"/>
          <w:cantSplit/>
        </w:trPr>
        <w:tc>
          <w:tcPr>
            <w:tcW w:w="29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699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7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699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85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85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85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42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41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6" w:hRule="exact"/>
          <w:cantSplit/>
        </w:trPr>
        <w:tc>
          <w:tcPr>
            <w:tcW w:w="29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699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7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699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85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85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85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42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41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1" w:hRule="exact"/>
          <w:cantSplit/>
        </w:trPr>
        <w:tc>
          <w:tcPr>
            <w:tcW w:w="29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699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7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699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85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85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85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42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41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6" w:hRule="exact"/>
          <w:cantSplit/>
        </w:trPr>
        <w:tc>
          <w:tcPr>
            <w:tcW w:w="29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699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7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699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85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85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85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42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41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1" w:hRule="exact"/>
          <w:cantSplit/>
        </w:trPr>
        <w:tc>
          <w:tcPr>
            <w:tcW w:w="29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699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7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699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85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85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85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42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41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6" w:hRule="exact"/>
          <w:cantSplit/>
        </w:trPr>
        <w:tc>
          <w:tcPr>
            <w:tcW w:w="29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699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7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699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85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85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85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42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41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1" w:hRule="exact"/>
          <w:cantSplit/>
        </w:trPr>
        <w:tc>
          <w:tcPr>
            <w:tcW w:w="29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699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7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699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85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85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85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42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41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6" w:hRule="exact"/>
          <w:cantSplit/>
        </w:trPr>
        <w:tc>
          <w:tcPr>
            <w:tcW w:w="29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699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7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699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85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85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85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42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41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1" w:hRule="exact"/>
          <w:cantSplit/>
        </w:trPr>
        <w:tc>
          <w:tcPr>
            <w:tcW w:w="29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699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7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699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85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85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85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42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41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6" w:hRule="exact"/>
          <w:cantSplit/>
        </w:trPr>
        <w:tc>
          <w:tcPr>
            <w:tcW w:w="29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699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7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699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85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85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85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42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41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1" w:hRule="exact"/>
          <w:cantSplit/>
        </w:trPr>
        <w:tc>
          <w:tcPr>
            <w:tcW w:w="29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699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7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699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85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85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85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42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41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6" w:hRule="exact"/>
          <w:cantSplit/>
        </w:trPr>
        <w:tc>
          <w:tcPr>
            <w:tcW w:w="29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699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7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699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85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85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85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42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41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1" w:hRule="exact"/>
          <w:cantSplit/>
        </w:trPr>
        <w:tc>
          <w:tcPr>
            <w:tcW w:w="29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699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7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699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85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85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85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42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41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6" w:hRule="exact"/>
          <w:cantSplit/>
        </w:trPr>
        <w:tc>
          <w:tcPr>
            <w:tcW w:w="29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699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7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699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85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85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85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42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41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1" w:hRule="exact"/>
          <w:cantSplit/>
        </w:trPr>
        <w:tc>
          <w:tcPr>
            <w:tcW w:w="29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699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7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699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85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85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85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42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41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6" w:hRule="exact"/>
          <w:cantSplit/>
        </w:trPr>
        <w:tc>
          <w:tcPr>
            <w:tcW w:w="29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699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7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699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85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85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85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42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41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1" w:hRule="exact"/>
          <w:cantSplit/>
        </w:trPr>
        <w:tc>
          <w:tcPr>
            <w:tcW w:w="29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699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7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699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85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85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85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42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41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6" w:hRule="exact"/>
          <w:cantSplit/>
        </w:trPr>
        <w:tc>
          <w:tcPr>
            <w:tcW w:w="29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699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7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699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85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85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85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42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41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1" w:hRule="exact"/>
          <w:cantSplit/>
        </w:trPr>
        <w:tc>
          <w:tcPr>
            <w:tcW w:w="29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699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7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699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85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85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85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42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41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6" w:hRule="exact"/>
          <w:cantSplit/>
        </w:trPr>
        <w:tc>
          <w:tcPr>
            <w:tcW w:w="29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699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7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699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85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85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85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42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41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1" w:hRule="exact"/>
          <w:cantSplit/>
        </w:trPr>
        <w:tc>
          <w:tcPr>
            <w:tcW w:w="29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699" w:type="dxa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71" w:type="dxa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699" w:type="dxa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850" w:type="dxa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850" w:type="dxa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850" w:type="dxa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421" w:type="dxa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416" w:type="dxa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34" w:hRule="exact"/>
          <w:cantSplit/>
        </w:trPr>
        <w:tc>
          <w:tcPr>
            <w:tcW w:w="10550" w:type="dxa"/>
            <w:gridSpan w:val="11"/>
            <w:tcBorders>
              <w:top w:val="single" w:sz="5" w:color="000000"/>
              <w:bottom w:val="single" w:sz="4" w:color="000000"/>
              <w:left w:val="single" w:sz="4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</w:tbl>
    <w:sectPr w:rsidR="00FC693F" w:rsidRPr="0006063C" w:rsidSect="00034616">
      <w:pgSz w:w="11906" w:h="16838"/>
      <w:pgMar w:top="283" w:right="1072" w:bottom="0" w:left="283" w:header="0" w:footer="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0" w:line="240" w:lineRule="auto"/>
    </w:pPr>
    <w:rPr>
      <w:rFonts w:ascii="GOST type A" w:hAnsi="GOST type A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