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451"/>
        <w:gridCol w:w="854"/>
        <w:gridCol w:w="850"/>
        <w:gridCol w:w="566"/>
        <w:gridCol w:w="2266"/>
        <w:gridCol w:w="850"/>
        <w:gridCol w:w="854"/>
        <w:gridCol w:w="278"/>
        <w:gridCol w:w="288"/>
        <w:gridCol w:w="283"/>
        <w:gridCol w:w="850"/>
        <w:gridCol w:w="11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6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провода</w:t>
            </w:r>
          </w:p>
        </w:tc>
        <w:tc>
          <w:tcPr>
            <w:tcW w:w="453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Соединения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7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Клемма</w:t>
            </w:r>
          </w:p>
        </w:tc>
        <w:tc>
          <w:tcPr>
            <w:tcW w:w="2554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Данные провода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