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31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133"/>
        <w:gridCol w:w="1133"/>
        <w:gridCol w:w="1138"/>
        <w:gridCol w:w="1133"/>
        <w:gridCol w:w="1133"/>
        <w:gridCol w:w="34"/>
      </w:tblGrid>
      <w:tr>
        <w:trPr>
          <w:trHeight w:val="29" w:hRule="exact"/>
          <w:cantSplit/>
        </w:trPr>
        <w:tc>
          <w:tcPr>
            <w:tcW w:w="5731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gridSpan w:val="5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Таблица заводских швов на 1 марку в м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Отпр. марка</w:t>
            </w:r>
          </w:p>
        </w:tc>
        <w:tc>
          <w:tcPr>
            <w:tcW w:w="4536" w:type="dxa"/>
            <w:gridSpan w:val="4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Катет, вид шва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5731" w:type="dxa"/>
            <w:gridSpan w:val="7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5891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