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451"/>
        <w:gridCol w:w="2664"/>
        <w:gridCol w:w="854"/>
        <w:gridCol w:w="278"/>
        <w:gridCol w:w="288"/>
        <w:gridCol w:w="283"/>
        <w:gridCol w:w="850"/>
        <w:gridCol w:w="115"/>
        <w:gridCol w:w="101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6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провода</w:t>
            </w:r>
          </w:p>
        </w:tc>
        <w:tc>
          <w:tcPr>
            <w:tcW w:w="272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Откуда</w:t>
            </w:r>
          </w:p>
        </w:tc>
        <w:tc>
          <w:tcPr>
            <w:tcW w:w="266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</w:t>
            </w:r>
          </w:p>
        </w:tc>
        <w:tc>
          <w:tcPr>
            <w:tcW w:w="2554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Данные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22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6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722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6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