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1306"/>
        <w:gridCol w:w="850"/>
        <w:gridCol w:w="566"/>
        <w:gridCol w:w="682"/>
        <w:gridCol w:w="3288"/>
        <w:gridCol w:w="278"/>
        <w:gridCol w:w="288"/>
        <w:gridCol w:w="283"/>
        <w:gridCol w:w="850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№ строки</w:t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6120" w:type="dxa"/>
            <w:gridSpan w:val="6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3970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9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5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9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6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12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9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16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19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20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23</w:t>
            </w:r>
          </w:p>
        </w:tc>
        <w:tc>
          <w:tcPr>
            <w:tcW w:w="3970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9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3970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120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5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120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3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1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6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