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566"/>
        <w:gridCol w:w="566"/>
        <w:gridCol w:w="566"/>
        <w:gridCol w:w="566"/>
        <w:gridCol w:w="850"/>
        <w:gridCol w:w="566"/>
        <w:gridCol w:w="3970"/>
        <w:gridCol w:w="850"/>
        <w:gridCol w:w="317"/>
        <w:gridCol w:w="538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427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Взам. инв.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Стадия</w:t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Масса Масштаб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Кол.уч. .Лист №док.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67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 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