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451"/>
        <w:gridCol w:w="854"/>
        <w:gridCol w:w="850"/>
        <w:gridCol w:w="566"/>
        <w:gridCol w:w="451"/>
        <w:gridCol w:w="2664"/>
        <w:gridCol w:w="2554"/>
        <w:gridCol w:w="56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6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провода</w:t>
            </w:r>
          </w:p>
        </w:tc>
        <w:tc>
          <w:tcPr>
            <w:tcW w:w="272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Откуда</w:t>
            </w:r>
          </w:p>
        </w:tc>
        <w:tc>
          <w:tcPr>
            <w:tcW w:w="266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</w:t>
            </w:r>
          </w:p>
        </w:tc>
        <w:tc>
          <w:tcPr>
            <w:tcW w:w="25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9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Данные провода Приме-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