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4934"/>
        <w:gridCol w:w="566"/>
        <w:gridCol w:w="566"/>
        <w:gridCol w:w="566"/>
        <w:gridCol w:w="566"/>
        <w:gridCol w:w="850"/>
        <w:gridCol w:w="566"/>
        <w:gridCol w:w="6240"/>
        <w:gridCol w:w="566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3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8427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Взам. инв. №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Кол.уч. Лист №док. 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4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3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28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