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283"/>
        <w:gridCol w:w="283"/>
        <w:gridCol w:w="283"/>
        <w:gridCol w:w="965"/>
        <w:gridCol w:w="566"/>
        <w:gridCol w:w="682"/>
        <w:gridCol w:w="226"/>
        <w:gridCol w:w="115"/>
        <w:gridCol w:w="509"/>
        <w:gridCol w:w="1248"/>
        <w:gridCol w:w="965"/>
        <w:gridCol w:w="792"/>
        <w:gridCol w:w="58"/>
        <w:gridCol w:w="1018"/>
        <w:gridCol w:w="1190"/>
        <w:gridCol w:w="566"/>
        <w:gridCol w:w="288"/>
        <w:gridCol w:w="1474"/>
        <w:gridCol w:w="734"/>
        <w:gridCol w:w="850"/>
        <w:gridCol w:w="58"/>
        <w:gridCol w:w="2155"/>
        <w:gridCol w:w="850"/>
        <w:gridCol w:w="1080"/>
        <w:gridCol w:w="1133"/>
        <w:gridCol w:w="907"/>
        <w:gridCol w:w="1248"/>
        <w:gridCol w:w="850"/>
        <w:gridCol w:w="850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3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36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Извещение</w:t>
            </w:r>
          </w:p>
        </w:tc>
        <w:tc>
          <w:tcPr>
            <w:tcW w:w="6235" w:type="dxa"/>
            <w:gridSpan w:val="9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Обозначение</w:t>
            </w:r>
          </w:p>
        </w:tc>
        <w:tc>
          <w:tcPr>
            <w:tcW w:w="737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Причина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Код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36" w:type="dxa"/>
            <w:gridSpan w:val="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9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373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8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Дата выпуска</w:t>
            </w:r>
          </w:p>
        </w:tc>
        <w:tc>
          <w:tcPr>
            <w:tcW w:w="175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5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7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Срок изм.</w:t>
            </w:r>
          </w:p>
        </w:tc>
        <w:tc>
          <w:tcPr>
            <w:tcW w:w="175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6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4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Обозначение ПИ (ДПИ, ПР)</w:t>
            </w:r>
          </w:p>
        </w:tc>
        <w:tc>
          <w:tcPr>
            <w:tcW w:w="612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1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Срок действия ПИ</w:t>
            </w:r>
          </w:p>
        </w:tc>
        <w:tc>
          <w:tcPr>
            <w:tcW w:w="186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3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Указание о заделе</w:t>
            </w:r>
          </w:p>
        </w:tc>
        <w:tc>
          <w:tcPr>
            <w:tcW w:w="16896" w:type="dxa"/>
            <w:gridSpan w:val="21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Указание о внедрении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896" w:type="dxa"/>
            <w:gridSpan w:val="21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896" w:type="dxa"/>
            <w:gridSpan w:val="21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7462" w:type="dxa"/>
            <w:gridSpan w:val="2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462" w:type="dxa"/>
            <w:gridSpan w:val="2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80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Применяемость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Разослать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gridSpan w:val="4"/>
            <w:vMerge/>
            <w:tcBorders>
              <w:top w:val="nil" w:sz="0" w:color="000000"/>
              <w:bottom w:val="single" w:sz="5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Приложение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9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427" w:type="dxa"/>
            <w:gridSpan w:val="23"/>
            <w:vMerge/>
            <w:tcBorders>
              <w:top w:val="nil" w:sz="0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62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Составил</w:t>
            </w:r>
          </w:p>
        </w:tc>
        <w:tc>
          <w:tcPr>
            <w:tcW w:w="306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Проверил</w:t>
            </w:r>
          </w:p>
        </w:tc>
        <w:tc>
          <w:tcPr>
            <w:tcW w:w="306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 контроль</w:t>
            </w:r>
          </w:p>
        </w:tc>
        <w:tc>
          <w:tcPr>
            <w:tcW w:w="3058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контроль</w:t>
            </w:r>
          </w:p>
        </w:tc>
        <w:tc>
          <w:tcPr>
            <w:tcW w:w="306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Утвердил</w:t>
            </w:r>
          </w:p>
        </w:tc>
        <w:tc>
          <w:tcPr>
            <w:tcW w:w="312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Предст. заказ.</w:t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0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5" w:type="dxa"/>
            <w:gridSpan w:val="7"/>
            <w:tcBorders>
              <w:top w:val="single" w:sz="5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Контрольную копию исправил</w:t>
            </w:r>
          </w:p>
        </w:tc>
        <w:tc>
          <w:tcPr>
            <w:tcW w:w="193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4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6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3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