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3571"/>
        <w:gridCol w:w="566"/>
        <w:gridCol w:w="6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0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Зона</w:t>
            </w:r>
          </w:p>
        </w:tc>
        <w:tc>
          <w:tcPr>
            <w:tcW w:w="45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Обозначение</w:t>
            </w:r>
          </w:p>
        </w:tc>
        <w:tc>
          <w:tcPr>
            <w:tcW w:w="357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Кол.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Приме- чание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7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57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