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416"/>
        <w:gridCol w:w="5669"/>
        <w:gridCol w:w="1704"/>
        <w:gridCol w:w="1699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Ведомость рабочих чертежей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Номер чертежа</w:t>
            </w:r>
          </w:p>
        </w:tc>
        <w:tc>
          <w:tcPr>
            <w:tcW w:w="566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70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169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